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לנקודות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המשימות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נקודות ושילוב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החלוקה לקטגוריות: להבין, ליצור, 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להבין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בלוח ליד שם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כתוב שהלוח מתאים לכל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שדה שם הסיפור בתחילת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משימה לנקודות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(2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(3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(2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השימוש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את השם האישי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משימות מהתפריט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לצבור לפחות 10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תכנון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מונולוג, ראיון עם דמות או כתבה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כרטיס דמות ומשפט המפתח (3+2) לא מספיק - צריך 2 ועוד 5 כמו הסיפור באימוג'י ומונולוג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במצב מקרן ולתרגל יחד בחירת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לוודא שהתלמידים מבינים את ההבדל בין שלוש הקטגוריות לפני שממלאים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ולבקש מהתלמידים להציע שילוב נוסף שמגיע ל-10 נקודות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לנקודות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לוח הבחירה מאפשר לבחור משימות על כל סיפור שקוראים, ולאסוף לפחות 10 נקודות מתוך משימות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שם  ·  10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נקודות צריך לאסוף לפחות כדי לסיים את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קטגוריה שייכת המשימה סיבה ותוצאה?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להבין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אוורור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המשימה הקובייה בוחרת שווה 2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הלוח מתאים רק לסיפור אחד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לכתוב את שם הסיפור לפני שמתחילים לבחור 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משימה לנקודות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משפט המפתח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2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2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3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5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להתחיל את הלוח צריך לכתוב את __________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לאסוף לפחות __________ נקודות כדי לסיים את הלוח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השימוש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משימות מהתפריט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לצבור לפחות 10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את שם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את השם האישי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תכנון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נקודות צריך לאסוף לפחות כדי לסיים את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למשימה מקטגוריית ליצור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לנקודות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