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לנקודות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המשימות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נקודות ושילוב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החלוקה לקטגוריות: להבין, ליצור, 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מונולוג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להבין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ביקורת בכוכבים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בלוח ליד שם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שהלוח מתאים לכל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שדה שם הסיפור בתחילת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שייכת לקטגוריית ליצור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משימות ששוות 2, 3 ו-5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משימה לנקודות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(2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(3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(2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(5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השימוש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את השם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משימות מהתפריט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לצבור לפחות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שלוש משימות ששוות יחד 10 נקודות, למשל 2+3+5,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מונולוג, ראיון עם דמות או כתבה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כרטיס דמות ומשפט המפתח (3+2) לא מספיק - צריך 2 ועוד 5 כמו הסיפור באימוג'י ומונולוג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במצב מקרן ולתרגל יחד בחירת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לוודא שהתלמידים מבינים את ההבדל בין שלוש הקטגוריות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ולבקש מהתלמידים להציע שילוב נוסף שמגיע ל-10 נקודות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לנקודות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עם משימות על סיפור. כל משימה שווה נקודות. צריך לאסוף 10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כמה משימות לבחירה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שמראה כמה המשימה שווה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משימות דומות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להבין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משימות שבודקות הבנה של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משימות שבהן כותבים או ממציאים דבר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אוורור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משימות קצרות וקלות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שעוזר לבחור משימה באקראי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צריך לסיים?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משימה שווה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מונולוג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המפתח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הסיפור באימוג'י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הקטגוריה של סיבה ותוצאה?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אוורור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קטגוריה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משימה קלה וקצרה?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עם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צ'אט בין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נקודות כרטיס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הקובייה בוחרת שווה 2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מתאים רק לסיפור אחד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לכתוב את שם הסיפור לפני שמתחילים לבחור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הפרק הבא שייכת לקטגוריית להבין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בלוח רק משימות ששוות 2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משימה לנקודות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המפתח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3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עם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להתחיל את הלוח צריך לכתוב את __________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לאסוף לפחות __________ נקודות כדי לסיים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המשימה ראיון עם דמות שווה __________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המשימה צ'אט בין דמויות שייכת לקטגוריית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השימוש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לצבור לפחות 10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השם האישי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משימות מהתפריט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תכנון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שילוב של שלוש משימות מהלוח שיחד שוות בדיוק 10 נקודות, וכתבו אילו משימות בחרתם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נקודות צריך לאסוף לפחות כדי לסיים את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מקטגוריית ליצור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שילוב של שתי משימות נותן בדיוק 7 נקודות?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לנקודות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